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עקרונות משימות ההערכה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כמה AI מותר לתלמיד להשתמש במשימה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מפגש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ערכה למורה 2 מציגה חמש רמות עם דוגמה לכל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התלמיד צריך גם להסביר מה רואים, מה המסר ולמה בחר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במפגש 5 - תבניות, קול ודמויות מדברות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מעריכים גם תסריט, סטוריבורד, טיוטה ומשוב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כרטיס יציאה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(פתיחה - מעבר מתוצר לתהליך)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ושדרוג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(מצגות קנבה שמפעילות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(כשידע הופך לסרטון)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הערכת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הכנת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קבלת משוב ותיקון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תוצר יפה מתמקד במראה החיצוני בלבד, בעוד תוצר עמוק מבטא חשיבה, מסר ובחירה מודעת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הסולם מגדיר מראש מה מותר ואסור לעשות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מהמפגשים: חזותי, פרזנטציה, סרטון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מצגות המפגשים הרלוונטיות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(match) ולדון בכל מפגש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 מתאים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עיקרי חומרי הקורס 'בניית משימות הערכה חדשניות בעידן הבינה המלאכותית' - מבנה המפגשים, סולם AIAS, ומשימות הערכה חדשות כמו תוצר חזותי, פרזנטציה וסרטון.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על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מעבר להערכה חלופית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בדיקת מהירות הקלדה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מוחלט על שימוש ב-AI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החלפת המורה בבוט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מפגשים כוללת הקורס כולו (לא כולל הערכות וערכות נוספות)?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AI מותר לתלמיד להשתמש במשימה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רמת הקושי של הטקסט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מהירות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מפגש עוסקים בתוצר יצירתי חזותי - תמונה שמביעה רעיון?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מפגש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מפגש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מפגש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מפגש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בסולם AIAS יש חמש רמות שמגדירות כמה AI מותר להשתמש במשימה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בתוצר חזותי התלמיד מגיש רק תמונה, בלי שום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 לומדים איך להפוך מצגת קנבה למצגת שמלמדת ולא רק 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כשהתוצר הוא סרטון, מעריכים רק את הסרטון המוגמר ולא את השלבים שלפניו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סולם __________ עוזר להגדיר מראש כמה AI מותר להשתמש בכל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במפגש 4 בונים משימת הערכה שהתוצר שלה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במפגש 3 התלמיד מגיש תוצר __________ יחד עם הסבר על המסר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כלי קצר לבדיקת הבנה בסוף השיעור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פתיחה - מעבר מתוצר לתהליך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AIAS ושדרוג 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כשידע הופך לסרטון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מפגש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מצגות קנבה שמפעילות למידה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הערכת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חלוקת תפקידים בין התלמידים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משוב ותיקון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הכנת טיוטה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תוצר 'יפה' לתוצר 'עמוק', לפי מפגש 3?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סולם AIAS במשימת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למשימת הערכה שלמדתם עליה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