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נושאי המפגשים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הרעיון של 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עקרונות משימות ההערכה החדשות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על 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מעבר מבדיקת תוצר מוגמר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כמה AI מותר לתלמיד להשתמש במשימה מסוימת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התלמיד צריך גם להסביר מה רואים, מה המסר ולמה בחר כך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במפגש 5 - תבניות, קול ודמויות מדברות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חזותי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(פתיחה - מעבר מתוצר לתהליך)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ושדרוג משימה)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(פרזנטציה כמשימת הערכה)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הערכת משימת 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תסריט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בניית סטוריבורד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חלוקת תפקידים בין התלמידים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הכנת טיוטה ראשונה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ורפלקציה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תהליך כולל שלבים, תיעוד ורפלקציה ולא רק תוצר סופי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הסולם מגדיר מראש מה מותר ואסור לעשות עם AI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מהמפגשים: חזותי, פרזנטציה, סרטון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מצגות המפגשים הרלוונטיות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(match) ולדון בכל מפגש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חלק הכתיבה הפתוח מתאים לעבודה בזוגות ולשיתוף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עיקרי חומרי הקורס 'בניית משימות הערכה חדשניות בעידן הבינה המלאכותית' - מבנה המפגשים, סולם AIAS, ומשימות הערכה חדשות כמו תוצר חזותי, פרזנטציה וסרטון.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חזותי  ·  AIAS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על 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המטרה המרכזית של מעבר להערכה חלופית בעידן ה-AI?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מעבר מבדיקת תוצר מוגמר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בדיקת מהירות הקלדה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איסור מוחלט על שימוש ב-AI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בודק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כמה AI מותר לתלמיד להשתמש במשימה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הציון הסופי של התלמיד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רמת הקושי של הטקסט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בתוצר חזותי התלמיד מגיש רק תמונה, בלי שום הסבר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במפגש 5 לומדים איך להפוך מצגת קנבה למצגת שמלמדת ולא רק יפה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סולם __________ עוזר להגדיר מראש כמה AI מותר להשתמש בכל 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במפגש 3 התלמיד מגיש תוצר __________ יחד עם הסבר על המסר שלו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פתיחה - מעבר מתוצר לתהליך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סולם AIAS ושדרוג 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שלבי הערכת משימת סרטון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בניית סטוריבורד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הכנת טיוטה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תסריט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חלוקת תפקידים בין התלמידים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ורפלקציה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תפקיד סולם AIAS במשימת הערכה?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